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ONE-ON-ONE MEETING TEMPLATE</w:t>
      </w:r>
    </w:p>
    <w:p>
      <w:pPr>
        <w:jc w:val="center"/>
      </w:pPr>
      <w:r>
        <w:rPr>
          <w:i/>
          <w:sz w:val="20"/>
        </w:rPr>
        <w:t>Recurring 1:1 agenda + shared notes — employee and manager sections, action items, question bank</w:t>
      </w:r>
    </w:p>
    <w:p>
      <w:r>
        <w:rPr>
          <w:b/>
        </w:rPr>
        <w:t>Employee:</w:t>
      </w:r>
    </w:p>
    <w:p>
      <w:pPr>
        <w:spacing w:after="40"/>
      </w:pPr>
      <w:r>
        <w:t>____________________________________________________________</w:t>
      </w:r>
    </w:p>
    <w:p>
      <w:r>
        <w:rPr>
          <w:b/>
        </w:rPr>
        <w:t>Manager:</w:t>
      </w:r>
    </w:p>
    <w:p>
      <w:pPr>
        <w:spacing w:after="40"/>
      </w:pPr>
      <w:r>
        <w:t>____________________________________________________________</w:t>
      </w:r>
    </w:p>
    <w:p>
      <w:r>
        <w:rPr>
          <w:b/>
        </w:rPr>
        <w:t>Date:</w:t>
      </w:r>
    </w:p>
    <w:p>
      <w:r>
        <w:t>Time: ____________     Recurrence:  weekly / biweekly / monthly     Location or call link: ______________________</w:t>
      </w:r>
    </w:p>
    <w:p/>
    <w:p>
      <w:pPr>
        <w:spacing w:before="120"/>
      </w:pPr>
      <w:r>
        <w:rPr>
          <w:b/>
          <w:sz w:val="28"/>
        </w:rPr>
        <w:t>1. CHECK-IN (5 minutes)</w:t>
      </w:r>
    </w:p>
    <w:p>
      <w:r>
        <w:t>How are you? How was your week, outside the ticket queue?</w:t>
      </w:r>
    </w:p>
    <w:p>
      <w:pPr>
        <w:spacing w:after="40"/>
      </w:pPr>
      <w:r>
        <w:t>____________________________________________________________</w:t>
      </w:r>
    </w:p>
    <w:p>
      <w:pPr>
        <w:spacing w:after="40"/>
      </w:pPr>
      <w:r>
        <w:t>____________________________________________________________</w:t>
      </w:r>
    </w:p>
    <w:p>
      <w:pPr>
        <w:spacing w:before="120"/>
      </w:pPr>
      <w:r>
        <w:rPr>
          <w:b/>
          <w:sz w:val="28"/>
        </w:rPr>
        <w:t>2. EMPLOYEE AGENDA (10 minutes)</w:t>
      </w:r>
    </w:p>
    <w:p>
      <w:r>
        <w:t>Their topics first — the report should never run out of time. Wins, blockers, feedback for you.</w:t>
      </w:r>
    </w:p>
    <w:p>
      <w:r>
        <w:t>Topics this week:</w:t>
      </w:r>
    </w:p>
    <w:p>
      <w:pPr>
        <w:spacing w:after="40"/>
      </w:pPr>
      <w:r>
        <w:t>____________________________________________________________</w:t>
      </w:r>
    </w:p>
    <w:p>
      <w:r>
        <w:t>Blockers / risks:</w:t>
      </w:r>
    </w:p>
    <w:p>
      <w:pPr>
        <w:spacing w:after="40"/>
      </w:pPr>
      <w:r>
        <w:t>____________________________________________________________</w:t>
      </w:r>
    </w:p>
    <w:p>
      <w:r>
        <w:t>Feedback for manager:</w:t>
      </w:r>
    </w:p>
    <w:p>
      <w:pPr>
        <w:spacing w:after="40"/>
      </w:pPr>
      <w:r>
        <w:t>____________________________________________________________</w:t>
      </w:r>
    </w:p>
    <w:p>
      <w:pPr>
        <w:spacing w:before="120"/>
      </w:pPr>
      <w:r>
        <w:rPr>
          <w:b/>
          <w:sz w:val="28"/>
        </w:rPr>
        <w:t>3. MANAGER AGENDA (10 minutes)</w:t>
      </w:r>
    </w:p>
    <w:p>
      <w:r>
        <w:t>Priorities, recognition, course corrections. One theme per bullet — no ambush topics.</w:t>
      </w:r>
    </w:p>
    <w:p>
      <w:r>
        <w:t>Priorities &amp; expectations:</w:t>
      </w:r>
    </w:p>
    <w:p>
      <w:pPr>
        <w:spacing w:after="40"/>
      </w:pPr>
      <w:r>
        <w:t>____________________________________________________________</w:t>
      </w:r>
    </w:p>
    <w:p>
      <w:r>
        <w:t>Recognition / wins to call out:</w:t>
      </w:r>
    </w:p>
    <w:p>
      <w:pPr>
        <w:spacing w:after="40"/>
      </w:pPr>
      <w:r>
        <w:t>____________________________________________________________</w:t>
      </w:r>
    </w:p>
    <w:p>
      <w:r>
        <w:t>Coaching / course correction:</w:t>
      </w:r>
    </w:p>
    <w:p>
      <w:pPr>
        <w:spacing w:after="40"/>
      </w:pPr>
      <w:r>
        <w:t>____________________________________________________________</w:t>
      </w:r>
    </w:p>
    <w:p>
      <w:pPr>
        <w:spacing w:before="120"/>
      </w:pPr>
      <w:r>
        <w:rPr>
          <w:b/>
          <w:sz w:val="28"/>
        </w:rPr>
        <w:t>4. GROWTH &amp; CAREER (5 minutes)</w:t>
      </w:r>
    </w:p>
    <w:p>
      <w:r>
        <w:t>Skills to build, projects they want, progress on last month's development goal.</w:t>
      </w:r>
    </w:p>
    <w:p>
      <w:pPr>
        <w:spacing w:after="40"/>
      </w:pPr>
      <w:r>
        <w:t>____________________________________________________________</w:t>
      </w:r>
    </w:p>
    <w:p>
      <w:pPr>
        <w:spacing w:after="40"/>
      </w:pPr>
      <w:r>
        <w:t>____________________________________________________________</w:t>
      </w:r>
    </w:p>
    <w:p>
      <w:pPr>
        <w:spacing w:before="120"/>
      </w:pPr>
      <w:r>
        <w:rPr>
          <w:b/>
          <w:sz w:val="28"/>
        </w:rPr>
        <w:t>5. ACTION ITEMS</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Action</w:t>
            </w:r>
          </w:p>
        </w:tc>
        <w:tc>
          <w:tcPr>
            <w:tcW w:type="dxa" w:w="2880"/>
          </w:tcPr>
          <w:p>
            <w:r>
              <w:rPr>
                <w:b/>
              </w:rPr>
              <w:t>Owner</w:t>
            </w:r>
          </w:p>
        </w:tc>
        <w:tc>
          <w:tcPr>
            <w:tcW w:type="dxa" w:w="2880"/>
          </w:tcPr>
          <w:p>
            <w:r>
              <w:rPr>
                <w:b/>
              </w:rPr>
              <w:t>Due date</w:t>
            </w:r>
          </w:p>
        </w:tc>
      </w:tr>
      <w:tr>
        <w:tc>
          <w:tcPr>
            <w:tcW w:type="dxa" w:w="2880"/>
          </w:tcPr>
          <w:p>
            <w:r/>
          </w:p>
        </w:tc>
        <w:tc>
          <w:tcPr>
            <w:tcW w:type="dxa" w:w="2880"/>
          </w:tcPr>
          <w:p>
            <w:r/>
          </w:p>
        </w:tc>
        <w:tc>
          <w:tcPr>
            <w:tcW w:type="dxa" w:w="2880"/>
          </w:tcPr>
          <w:p>
            <w:r/>
          </w:p>
        </w:tc>
      </w:tr>
      <w:tr>
        <w:tc>
          <w:tcPr>
            <w:tcW w:type="dxa" w:w="2880"/>
          </w:tcPr>
          <w:p>
            <w:r/>
          </w:p>
        </w:tc>
        <w:tc>
          <w:tcPr>
            <w:tcW w:type="dxa" w:w="2880"/>
          </w:tcPr>
          <w:p>
            <w:r/>
          </w:p>
        </w:tc>
        <w:tc>
          <w:tcPr>
            <w:tcW w:type="dxa" w:w="2880"/>
          </w:tcPr>
          <w:p>
            <w:r/>
          </w:p>
        </w:tc>
      </w:tr>
      <w:tr>
        <w:tc>
          <w:tcPr>
            <w:tcW w:type="dxa" w:w="2880"/>
          </w:tcPr>
          <w:p>
            <w:r/>
          </w:p>
        </w:tc>
        <w:tc>
          <w:tcPr>
            <w:tcW w:type="dxa" w:w="2880"/>
          </w:tcPr>
          <w:p>
            <w:r/>
          </w:p>
        </w:tc>
        <w:tc>
          <w:tcPr>
            <w:tcW w:type="dxa" w:w="2880"/>
          </w:tcPr>
          <w:p>
            <w:r/>
          </w:p>
        </w:tc>
      </w:tr>
    </w:tbl>
    <w:p/>
    <w:p>
      <w:pPr>
        <w:spacing w:before="120"/>
      </w:pPr>
      <w:r>
        <w:rPr>
          <w:b/>
          <w:sz w:val="28"/>
        </w:rPr>
        <w:t>6. PARKING LOT / NEXT MEETING</w:t>
      </w:r>
    </w:p>
    <w:p>
      <w:r>
        <w:t>Carried topics:</w:t>
      </w:r>
    </w:p>
    <w:p>
      <w:pPr>
        <w:spacing w:after="40"/>
      </w:pPr>
      <w:r>
        <w:t>____________________________________________________________</w:t>
      </w:r>
    </w:p>
    <w:p>
      <w:r>
        <w:rPr>
          <w:b/>
        </w:rPr>
        <w:t>Next 1:1 date:</w:t>
      </w:r>
    </w:p>
    <w:p>
      <w:pPr>
        <w:spacing w:after="40"/>
      </w:pPr>
      <w:r>
        <w:t>____________________________________________________________</w:t>
      </w:r>
    </w:p>
    <w:p>
      <w:r>
        <w:br w:type="page"/>
      </w:r>
    </w:p>
    <w:p>
      <w:pPr>
        <w:spacing w:before="0"/>
      </w:pPr>
      <w:r>
        <w:rPr>
          <w:b/>
          <w:sz w:val="28"/>
        </w:rPr>
        <w:t>QUESTION BANK — 30 questions to rotate through your 1:1s</w:t>
      </w:r>
    </w:p>
    <w:p>
      <w:pPr>
        <w:pStyle w:val="ListBullet"/>
      </w:pPr>
      <w:r>
        <w:t>Rapport: How are you doing — really? What was the highlight of your week?</w:t>
      </w:r>
    </w:p>
    <w:p>
      <w:pPr>
        <w:pStyle w:val="ListBullet"/>
      </w:pPr>
      <w:r>
        <w:t>Rapport: What gave you energy this week? What drained it?</w:t>
      </w:r>
    </w:p>
    <w:p>
      <w:pPr>
        <w:pStyle w:val="ListBullet"/>
      </w:pPr>
      <w:r>
        <w:t>Employee agenda: What's blocking you right now?</w:t>
      </w:r>
    </w:p>
    <w:p>
      <w:pPr>
        <w:pStyle w:val="ListBullet"/>
      </w:pPr>
      <w:r>
        <w:t>Employee agenda: What's one thing I could take off your plate?</w:t>
      </w:r>
    </w:p>
    <w:p>
      <w:pPr>
        <w:pStyle w:val="ListBullet"/>
      </w:pPr>
      <w:r>
        <w:t>Employee agenda: What feedback do you have for me?</w:t>
      </w:r>
    </w:p>
    <w:p>
      <w:pPr>
        <w:pStyle w:val="ListBullet"/>
      </w:pPr>
      <w:r>
        <w:t>Employee agenda: Is anything unclear about your priorities?</w:t>
      </w:r>
    </w:p>
    <w:p>
      <w:pPr>
        <w:pStyle w:val="ListBullet"/>
      </w:pPr>
      <w:r>
        <w:t>Manager: What are you proudest of since we last met?</w:t>
      </w:r>
    </w:p>
    <w:p>
      <w:pPr>
        <w:pStyle w:val="ListBullet"/>
      </w:pPr>
      <w:r>
        <w:t>Manager: Where do you want more autonomy this quarter?</w:t>
      </w:r>
    </w:p>
    <w:p>
      <w:pPr>
        <w:pStyle w:val="ListBullet"/>
      </w:pPr>
      <w:r>
        <w:t>Manager: What would you change about how we work as a team?</w:t>
      </w:r>
    </w:p>
    <w:p>
      <w:pPr>
        <w:pStyle w:val="ListBullet"/>
      </w:pPr>
      <w:r>
        <w:t>Manager: On a scale of 1-10, how supported do you feel? Why not one higher?</w:t>
      </w:r>
    </w:p>
    <w:p>
      <w:pPr>
        <w:pStyle w:val="ListBullet"/>
      </w:pPr>
      <w:r>
        <w:t>Growth: What skill do you want to build in the next 90 days?</w:t>
      </w:r>
    </w:p>
    <w:p>
      <w:pPr>
        <w:pStyle w:val="ListBullet"/>
      </w:pPr>
      <w:r>
        <w:t>Growth: What project would you take on if you could pick anything?</w:t>
      </w:r>
    </w:p>
    <w:p>
      <w:pPr>
        <w:pStyle w:val="ListBullet"/>
      </w:pPr>
      <w:r>
        <w:t>Growth: Where do you want to be in a year — and what's the first step?</w:t>
      </w:r>
    </w:p>
    <w:p>
      <w:pPr>
        <w:pStyle w:val="ListBullet"/>
      </w:pPr>
      <w:r>
        <w:t>Growth: Who do you want to learn from on the team?</w:t>
      </w:r>
    </w:p>
    <w:p>
      <w:r>
        <w:rPr>
          <w:i/>
          <w:sz w:val="18"/>
        </w:rPr>
        <w:t>Run the agenda top to bottom, employee section first. Keep both copies of this doc (or one shared doc) so action items survive the week. Record the conversation and draft these notes automatically with VocalFuse — local transcription on your Windows PC, no meeting bot, no cloud audio. Free template from fuseintelligence.org/one-on-one-meeting-template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