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RETROSPECTIVE MEETING TEMPLATE</w:t>
      </w:r>
    </w:p>
    <w:p>
      <w:r>
        <w:rPr>
          <w:i/>
          <w:color w:val="666666"/>
          <w:sz w:val="18"/>
        </w:rPr>
        <w:t>Free template from fuseintelligence.org/retrospective-meeting-template - no email gate. VocalFuse transcribes the retro locally on your Windows PC (no meeting bot, no upload) and drafts the notes into this template. $5/mo Basic, $10/mo Pro.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Team</w:t>
            </w:r>
          </w:p>
        </w:tc>
        <w:tc>
          <w:tcPr>
            <w:tcW w:type="dxa" w:w="1440"/>
          </w:tcPr>
          <w:p>
            <w:r>
              <w:rPr>
                <w:b/>
              </w:rPr>
              <w:t>Sprint</w:t>
            </w:r>
          </w:p>
        </w:tc>
        <w:tc>
          <w:tcPr>
            <w:tcW w:type="dxa" w:w="144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1440"/>
          </w:tcPr>
          <w:p>
            <w:r>
              <w:rPr>
                <w:b/>
              </w:rPr>
              <w:t>Facilitator</w:t>
            </w:r>
          </w:p>
        </w:tc>
        <w:tc>
          <w:tcPr>
            <w:tcW w:type="dxa" w:w="1440"/>
          </w:tcPr>
          <w:p>
            <w:r>
              <w:rPr>
                <w:b/>
              </w:rPr>
              <w:t>Note-taker</w:t>
            </w:r>
          </w:p>
        </w:tc>
        <w:tc>
          <w:tcPr>
            <w:tcW w:type="dxa" w:w="1440"/>
          </w:tcPr>
          <w:p>
            <w:r>
              <w:rPr>
                <w:b/>
              </w:rPr>
              <w:t>Period under review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/>
    <w:p>
      <w:r>
        <w:rPr>
          <w:b/>
          <w:color w:val="1F4E79"/>
          <w:sz w:val="26"/>
        </w:rPr>
        <w:t>BEFORE THE MEETING</w:t>
      </w:r>
    </w:p>
    <w:p>
      <w:pPr>
        <w:pStyle w:val="ListParagraph"/>
      </w:pPr>
      <w:r>
        <w:t>[  ] Last retro's action items pulled up - the review happens first</w:t>
      </w:r>
    </w:p>
    <w:p>
      <w:pPr>
        <w:pStyle w:val="ListParagraph"/>
      </w:pPr>
      <w:r>
        <w:t>[  ] Format chosen and posted (start-stop-continue / 4Ls / sailboat / mad-sad-glad / DAKI / KPT / rose-bud-thorn / lean coffee)</w:t>
      </w:r>
    </w:p>
    <w:p>
      <w:pPr>
        <w:pStyle w:val="ListParagraph"/>
      </w:pPr>
      <w:r>
        <w:t>[  ] Prime Directive posted: everyone did the best job they could with what they knew at the time</w:t>
      </w:r>
    </w:p>
    <w:p/>
    <w:p>
      <w:r>
        <w:rPr>
          <w:b/>
          <w:color w:val="1F4E79"/>
          <w:sz w:val="26"/>
        </w:rPr>
        <w:t>THE 60-MINUTE AGENDA (five phases, fixed times)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Phase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Time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What it covers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Outcome it must produce</w:t>
            </w:r>
          </w:p>
        </w:tc>
      </w:tr>
      <w:tr>
        <w:tc>
          <w:tcPr>
            <w:tcW w:type="dxa" w:w="2160"/>
          </w:tcPr>
          <w:p>
            <w:r>
              <w:t>1. Set the stage</w:t>
            </w:r>
          </w:p>
        </w:tc>
        <w:tc>
          <w:tcPr>
            <w:tcW w:type="dxa" w:w="2160"/>
          </w:tcPr>
          <w:p>
            <w:r>
              <w:t>5 min</w:t>
            </w:r>
          </w:p>
        </w:tc>
        <w:tc>
          <w:tcPr>
            <w:tcW w:type="dxa" w:w="2160"/>
          </w:tcPr>
          <w:p>
            <w:r>
              <w:t>One-word check-in, then restate the Prime Directive. Safety first - candor does not survive a hostile opening.</w:t>
            </w:r>
          </w:p>
        </w:tc>
        <w:tc>
          <w:tcPr>
            <w:tcW w:type="dxa" w:w="2160"/>
          </w:tcPr>
          <w:p>
            <w:r>
              <w:t>Everyone spoke once; rules restated</w:t>
            </w:r>
          </w:p>
        </w:tc>
      </w:tr>
      <w:tr>
        <w:tc>
          <w:tcPr>
            <w:tcW w:type="dxa" w:w="2160"/>
          </w:tcPr>
          <w:p>
            <w:r>
              <w:t>2. Review last retro's actions</w:t>
            </w:r>
          </w:p>
        </w:tc>
        <w:tc>
          <w:tcPr>
            <w:tcW w:type="dxa" w:w="2160"/>
          </w:tcPr>
          <w:p>
            <w:r>
              <w:t>5 min</w:t>
            </w:r>
          </w:p>
        </w:tc>
        <w:tc>
          <w:tcPr>
            <w:tcW w:type="dxa" w:w="2160"/>
          </w:tcPr>
          <w:p>
            <w:r>
              <w:t>Every item: done / in progress / dropped - and if dropped, why. The step most teams skip.</w:t>
            </w:r>
          </w:p>
        </w:tc>
        <w:tc>
          <w:tcPr>
            <w:tcW w:type="dxa" w:w="2160"/>
          </w:tcPr>
          <w:p>
            <w:r>
              <w:t>Status on each previous action</w:t>
            </w:r>
          </w:p>
        </w:tc>
      </w:tr>
      <w:tr>
        <w:tc>
          <w:tcPr>
            <w:tcW w:type="dxa" w:w="2160"/>
          </w:tcPr>
          <w:p>
            <w:r>
              <w:t>3. Gather data</w:t>
            </w:r>
          </w:p>
        </w:tc>
        <w:tc>
          <w:tcPr>
            <w:tcW w:type="dxa" w:w="2160"/>
          </w:tcPr>
          <w:p>
            <w:r>
              <w:t>10 min</w:t>
            </w:r>
          </w:p>
        </w:tc>
        <w:tc>
          <w:tcPr>
            <w:tcW w:type="dxa" w:w="2160"/>
          </w:tcPr>
          <w:p>
            <w:r>
              <w:t>Silent writing against the format's prompts, then one top item per person. No discussion yet.</w:t>
            </w:r>
          </w:p>
        </w:tc>
        <w:tc>
          <w:tcPr>
            <w:tcW w:type="dxa" w:w="2160"/>
          </w:tcPr>
          <w:p>
            <w:r>
              <w:t>Full set of items on the board</w:t>
            </w:r>
          </w:p>
        </w:tc>
      </w:tr>
      <w:tr>
        <w:tc>
          <w:tcPr>
            <w:tcW w:type="dxa" w:w="2160"/>
          </w:tcPr>
          <w:p>
            <w:r>
              <w:t>4. Generate insights</w:t>
            </w:r>
          </w:p>
        </w:tc>
        <w:tc>
          <w:tcPr>
            <w:tcW w:type="dxa" w:w="2160"/>
          </w:tcPr>
          <w:p>
            <w:r>
              <w:t>15 min</w:t>
            </w:r>
          </w:p>
        </w:tc>
        <w:tc>
          <w:tcPr>
            <w:tcW w:type="dxa" w:w="2160"/>
          </w:tcPr>
          <w:p>
            <w:r>
              <w:t>Group duplicates into themes, dot-vote, discuss the top two. Ask "why" until the theme is actionable.</w:t>
            </w:r>
          </w:p>
        </w:tc>
        <w:tc>
          <w:tcPr>
            <w:tcW w:type="dxa" w:w="2160"/>
          </w:tcPr>
          <w:p>
            <w:r>
              <w:t>Top two themes with root causes</w:t>
            </w:r>
          </w:p>
        </w:tc>
      </w:tr>
      <w:tr>
        <w:tc>
          <w:tcPr>
            <w:tcW w:type="dxa" w:w="2160"/>
          </w:tcPr>
          <w:p>
            <w:r>
              <w:t>5. Decide actions</w:t>
            </w:r>
          </w:p>
        </w:tc>
        <w:tc>
          <w:tcPr>
            <w:tcW w:type="dxa" w:w="2160"/>
          </w:tcPr>
          <w:p>
            <w:r>
              <w:t>15 min</w:t>
            </w:r>
          </w:p>
        </w:tc>
        <w:tc>
          <w:tcPr>
            <w:tcW w:type="dxa" w:w="2160"/>
          </w:tcPr>
          <w:p>
            <w:r>
              <w:t>Cap at one or two: a specific change, one named owner, a due date inside the next sprint.</w:t>
            </w:r>
          </w:p>
        </w:tc>
        <w:tc>
          <w:tcPr>
            <w:tcW w:type="dxa" w:w="2160"/>
          </w:tcPr>
          <w:p>
            <w:r>
              <w:t>One or two owned, dated actions</w:t>
            </w:r>
          </w:p>
        </w:tc>
      </w:tr>
      <w:tr>
        <w:tc>
          <w:tcPr>
            <w:tcW w:type="dxa" w:w="2160"/>
          </w:tcPr>
          <w:p>
            <w:r>
              <w:t>6. Close</w:t>
            </w:r>
          </w:p>
        </w:tc>
        <w:tc>
          <w:tcPr>
            <w:tcW w:type="dxa" w:w="2160"/>
          </w:tcPr>
          <w:p>
            <w:r>
              <w:t>10 min</w:t>
            </w:r>
          </w:p>
        </w:tc>
        <w:tc>
          <w:tcPr>
            <w:tcW w:type="dxa" w:w="2160"/>
          </w:tcPr>
          <w:p>
            <w:r>
              <w:t>Rate the sprint 1-10, confirm actions and owners, say how next retro opens.</w:t>
            </w:r>
          </w:p>
        </w:tc>
        <w:tc>
          <w:tcPr>
            <w:tcW w:type="dxa" w:w="2160"/>
          </w:tcPr>
          <w:p>
            <w:r>
              <w:t>Actions confirmed; next date set</w:t>
            </w:r>
          </w:p>
        </w:tc>
      </w:tr>
    </w:tbl>
    <w:p/>
    <w:p>
      <w:r>
        <w:rPr>
          <w:i/>
          <w:color w:val="666666"/>
          <w:sz w:val="18"/>
        </w:rPr>
        <w:t>Sizing: a 45-minute variant keeps the same phases at 5/10/15/10/5; a month-long sprint earns 90 minutes. Rule of thumb: about 45 minutes of retro per week of work reviewed. Echometer's analysis of 30,000 retrospectives puts the ideal duration at 30-60 minutes on a 7-14 day cadence.</w:t>
      </w:r>
    </w:p>
    <w:p>
      <w:r>
        <w:br w:type="page"/>
      </w:r>
    </w:p>
    <w:p>
      <w:r>
        <w:rPr>
          <w:b/>
          <w:color w:val="1F4E79"/>
          <w:sz w:val="26"/>
        </w:rPr>
        <w:t>PREVIOUS RETRO'S ACTIONS (review first)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Action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If dropped: why?</w:t>
            </w:r>
          </w:p>
        </w:tc>
      </w:tr>
      <w:tr>
        <w:tc>
          <w:tcPr>
            <w:tcW w:type="dxa" w:w="2160"/>
          </w:tcPr>
          <w:p>
            <w:r>
              <w:t>[action from last retro]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>
            <w:r>
              <w:t>Done / In progress / Dropped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[action from last retro]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>
            <w:r>
              <w:t>Done / In progress / Dropped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[action from last retro]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>
            <w:r>
              <w:t>Done / In progress / Dropped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[action from last retro]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>
            <w:r>
              <w:t>Done / In progress / Dropped</w:t>
            </w:r>
          </w:p>
        </w:tc>
        <w:tc>
          <w:tcPr>
            <w:tcW w:type="dxa" w:w="2160"/>
          </w:tcPr>
          <w:p/>
        </w:tc>
      </w:tr>
    </w:tbl>
    <w:p/>
    <w:p>
      <w:r>
        <w:rPr>
          <w:b/>
          <w:color w:val="1F4E79"/>
          <w:sz w:val="26"/>
        </w:rPr>
        <w:t>FORMAT QUICK REFERENCE (pick one, post it before the meeting)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Format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Columns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Best for</w:t>
            </w:r>
          </w:p>
        </w:tc>
      </w:tr>
      <w:tr>
        <w:tc>
          <w:tcPr>
            <w:tcW w:type="dxa" w:w="2880"/>
          </w:tcPr>
          <w:p>
            <w:r>
              <w:t>Start / Stop / Continue</w:t>
            </w:r>
          </w:p>
        </w:tc>
        <w:tc>
          <w:tcPr>
            <w:tcW w:type="dxa" w:w="2880"/>
          </w:tcPr>
          <w:p>
            <w:r>
              <w:t>Start, Stop, Continue</w:t>
            </w:r>
          </w:p>
        </w:tc>
        <w:tc>
          <w:tcPr>
            <w:tcW w:type="dxa" w:w="2880"/>
          </w:tcPr>
          <w:p>
            <w:r>
              <w:t>New teams; fast 30-45 min retros; the default when nothing is on fire</w:t>
            </w:r>
          </w:p>
        </w:tc>
      </w:tr>
      <w:tr>
        <w:tc>
          <w:tcPr>
            <w:tcW w:type="dxa" w:w="2880"/>
          </w:tcPr>
          <w:p>
            <w:r>
              <w:t>4Ls</w:t>
            </w:r>
          </w:p>
        </w:tc>
        <w:tc>
          <w:tcPr>
            <w:tcW w:type="dxa" w:w="2880"/>
          </w:tcPr>
          <w:p>
            <w:r>
              <w:t>Liked, Learned, Lacked, Longed for</w:t>
            </w:r>
          </w:p>
        </w:tc>
        <w:tc>
          <w:tcPr>
            <w:tcW w:type="dxa" w:w="2880"/>
          </w:tcPr>
          <w:p>
            <w:r>
              <w:t>Milestone retros - end of a release or phase; Learned captures reflection others skip</w:t>
            </w:r>
          </w:p>
        </w:tc>
      </w:tr>
      <w:tr>
        <w:tc>
          <w:tcPr>
            <w:tcW w:type="dxa" w:w="2880"/>
          </w:tcPr>
          <w:p>
            <w:r>
              <w:t>Sailboat</w:t>
            </w:r>
          </w:p>
        </w:tc>
        <w:tc>
          <w:tcPr>
            <w:tcW w:type="dxa" w:w="2880"/>
          </w:tcPr>
          <w:p>
            <w:r>
              <w:t>Wind, Anchor, Rocks, Island</w:t>
            </w:r>
          </w:p>
        </w:tc>
        <w:tc>
          <w:tcPr>
            <w:tcW w:type="dxa" w:w="2880"/>
          </w:tcPr>
          <w:p>
            <w:r>
              <w:t>Forward-looking + visual teams; strategy and risks, not just the last sprint</w:t>
            </w:r>
          </w:p>
        </w:tc>
      </w:tr>
      <w:tr>
        <w:tc>
          <w:tcPr>
            <w:tcW w:type="dxa" w:w="2880"/>
          </w:tcPr>
          <w:p>
            <w:r>
              <w:t>Mad / Sad / Glad</w:t>
            </w:r>
          </w:p>
        </w:tc>
        <w:tc>
          <w:tcPr>
            <w:tcW w:type="dxa" w:w="2880"/>
          </w:tcPr>
          <w:p>
            <w:r>
              <w:t>Mad, Sad, Glad</w:t>
            </w:r>
          </w:p>
        </w:tc>
        <w:tc>
          <w:tcPr>
            <w:tcW w:type="dxa" w:w="2880"/>
          </w:tcPr>
          <w:p>
            <w:r>
              <w:t>After a rough sprint or incident - names emotions before analysis</w:t>
            </w:r>
          </w:p>
        </w:tc>
      </w:tr>
      <w:tr>
        <w:tc>
          <w:tcPr>
            <w:tcW w:type="dxa" w:w="2880"/>
          </w:tcPr>
          <w:p>
            <w:r>
              <w:t>DAKI</w:t>
            </w:r>
          </w:p>
        </w:tc>
        <w:tc>
          <w:tcPr>
            <w:tcW w:type="dxa" w:w="2880"/>
          </w:tcPr>
          <w:p>
            <w:r>
              <w:t>Drop, Add, Keep, Improve</w:t>
            </w:r>
          </w:p>
        </w:tc>
        <w:tc>
          <w:tcPr>
            <w:tcW w:type="dxa" w:w="2880"/>
          </w:tcPr>
          <w:p>
            <w:r>
              <w:t>Mature process-focused teams; Improve column = keep-but-refine</w:t>
            </w:r>
          </w:p>
        </w:tc>
      </w:tr>
      <w:tr>
        <w:tc>
          <w:tcPr>
            <w:tcW w:type="dxa" w:w="2880"/>
          </w:tcPr>
          <w:p>
            <w:r>
              <w:t>KPT</w:t>
            </w:r>
          </w:p>
        </w:tc>
        <w:tc>
          <w:tcPr>
            <w:tcW w:type="dxa" w:w="2880"/>
          </w:tcPr>
          <w:p>
            <w:r>
              <w:t>Keep, Problem, Try</w:t>
            </w:r>
          </w:p>
        </w:tc>
        <w:tc>
          <w:tcPr>
            <w:tcW w:type="dxa" w:w="2880"/>
          </w:tcPr>
          <w:p>
            <w:r>
              <w:t>Experiment-driven teams; every Try gets an owner and a check-in point</w:t>
            </w:r>
          </w:p>
        </w:tc>
      </w:tr>
      <w:tr>
        <w:tc>
          <w:tcPr>
            <w:tcW w:type="dxa" w:w="2880"/>
          </w:tcPr>
          <w:p>
            <w:r>
              <w:t>Rose / Bud / Thorn</w:t>
            </w:r>
          </w:p>
        </w:tc>
        <w:tc>
          <w:tcPr>
            <w:tcW w:type="dxa" w:w="2880"/>
          </w:tcPr>
          <w:p>
            <w:r>
              <w:t>Rose, Bud, Thorn</w:t>
            </w:r>
          </w:p>
        </w:tc>
        <w:tc>
          <w:tcPr>
            <w:tcW w:type="dxa" w:w="2880"/>
          </w:tcPr>
          <w:p>
            <w:r>
              <w:t>Balancing good and bad; Bud surfaces promising ideas; works for non-eng teams</w:t>
            </w:r>
          </w:p>
        </w:tc>
      </w:tr>
      <w:tr>
        <w:tc>
          <w:tcPr>
            <w:tcW w:type="dxa" w:w="2880"/>
          </w:tcPr>
          <w:p>
            <w:r>
              <w:t>Lean Coffee</w:t>
            </w:r>
          </w:p>
        </w:tc>
        <w:tc>
          <w:tcPr>
            <w:tcW w:type="dxa" w:w="2880"/>
          </w:tcPr>
          <w:p>
            <w:r>
              <w:t>To Discuss, Discussing, Discussed</w:t>
            </w:r>
          </w:p>
        </w:tc>
        <w:tc>
          <w:tcPr>
            <w:tcW w:type="dxa" w:w="2880"/>
          </w:tcPr>
          <w:p>
            <w:r>
              <w:t>Team-voted agenda; resets engagement when fixed columns go stale</w:t>
            </w:r>
          </w:p>
        </w:tc>
      </w:tr>
    </w:tbl>
    <w:p/>
    <w:p>
      <w:r>
        <w:rPr>
          <w:i/>
          <w:color w:val="666666"/>
          <w:sz w:val="18"/>
        </w:rPr>
        <w:t>Anti-pattern: running the same format every sprint until people pattern-match. Match the format to the sprint you had - a rough sprint calls for Mad/Sad/Glad, a milestone for 4Ls, a routine sprint for Start/Stop/Continue.</w:t>
      </w:r>
    </w:p>
    <w:p>
      <w:r>
        <w:br w:type="page"/>
      </w:r>
    </w:p>
    <w:p>
      <w:r>
        <w:rPr>
          <w:b/>
          <w:color w:val="1F4E79"/>
          <w:sz w:val="26"/>
        </w:rPr>
        <w:t>QUESTION BANK (silent writing against 2-3 of these)</w:t>
      </w:r>
    </w:p>
    <w:p>
      <w:r>
        <w:rPr>
          <w:b/>
          <w:color w:val="1F4E79"/>
          <w:sz w:val="26"/>
        </w:rPr>
        <w:t>Process</w:t>
      </w:r>
    </w:p>
    <w:p>
      <w:pPr>
        <w:pStyle w:val="ListBullet"/>
      </w:pPr>
      <w:r>
        <w:t>What went well that we should keep doing?</w:t>
      </w:r>
    </w:p>
    <w:p>
      <w:pPr>
        <w:pStyle w:val="ListBullet"/>
      </w:pPr>
      <w:r>
        <w:t>Where did we get lucky - and how do we make it repeatable?</w:t>
      </w:r>
    </w:p>
    <w:p>
      <w:pPr>
        <w:pStyle w:val="ListBullet"/>
      </w:pPr>
      <w:r>
        <w:t>What slowed us down more than it should have?</w:t>
      </w:r>
    </w:p>
    <w:p>
      <w:pPr>
        <w:pStyle w:val="ListBullet"/>
      </w:pPr>
      <w:r>
        <w:t>What decision do we still owe the team?</w:t>
      </w:r>
    </w:p>
    <w:p>
      <w:pPr>
        <w:pStyle w:val="ListBullet"/>
      </w:pPr>
      <w:r>
        <w:t>What would we change if we could redo one day of this sprint?</w:t>
      </w:r>
    </w:p>
    <w:p>
      <w:pPr>
        <w:pStyle w:val="ListBullet"/>
      </w:pPr>
      <w:r>
        <w:t>Which meeting, ticket, or ritual earned its time - and which didn't?</w:t>
      </w:r>
    </w:p>
    <w:p>
      <w:r>
        <w:rPr>
          <w:b/>
          <w:color w:val="1F4E79"/>
          <w:sz w:val="26"/>
        </w:rPr>
        <w:t>Team &amp; delivery</w:t>
      </w:r>
    </w:p>
    <w:p>
      <w:pPr>
        <w:pStyle w:val="ListBullet"/>
      </w:pPr>
      <w:r>
        <w:t>When did someone help you unblock something this sprint?</w:t>
      </w:r>
    </w:p>
    <w:p>
      <w:pPr>
        <w:pStyle w:val="ListBullet"/>
      </w:pPr>
      <w:r>
        <w:t>What did we learn that we haven't written down anywhere?</w:t>
      </w:r>
    </w:p>
    <w:p>
      <w:pPr>
        <w:pStyle w:val="ListBullet"/>
      </w:pPr>
      <w:r>
        <w:t>Where did work sit waiting on a person or a decision?</w:t>
      </w:r>
    </w:p>
    <w:p>
      <w:pPr>
        <w:pStyle w:val="ListBullet"/>
      </w:pPr>
      <w:r>
        <w:t>What almost went wrong that we caught in time?</w:t>
      </w:r>
    </w:p>
    <w:p>
      <w:pPr>
        <w:pStyle w:val="ListBullet"/>
      </w:pPr>
      <w:r>
        <w:t>What is the one thing that would make next sprint smoother?</w:t>
      </w:r>
    </w:p>
    <w:p>
      <w:pPr>
        <w:pStyle w:val="ListBullet"/>
      </w:pPr>
      <w:r>
        <w:t>What are we pretending is fine?</w:t>
      </w:r>
    </w:p>
    <w:p/>
    <w:p>
      <w:r>
        <w:rPr>
          <w:b/>
          <w:color w:val="1F4E79"/>
          <w:sz w:val="26"/>
        </w:rPr>
        <w:t>ACTION ITEMS (cap: one or two, never a list of ten)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Action (specific change)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Owner (one name)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Due date (inside next sprint)</w:t>
            </w:r>
          </w:p>
        </w:tc>
        <w:tc>
          <w:tcPr>
            <w:tcW w:type="dxa" w:w="2160"/>
          </w:tcPr>
          <w:p>
            <w:r>
              <w:rPr>
                <w:b/>
              </w:rPr>
              <w:t>Theme it addresses</w:t>
            </w:r>
          </w:p>
        </w:tc>
      </w:tr>
      <w:tr>
        <w:tc>
          <w:tcPr>
            <w:tcW w:type="dxa" w:w="2160"/>
          </w:tcPr>
          <w:p>
            <w:r>
              <w:t>[e.g. post the API contract in the channel before standup]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[e.g. post the API contract in the channel before standup]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[e.g. post the API contract in the channel before standup]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[e.g. post the API contract in the channel before standup]</w:t>
            </w:r>
          </w:p>
        </w:tc>
        <w:tc>
          <w:tcPr>
            <w:tcW w:type="dxa" w:w="2160"/>
          </w:tcPr>
          <w:p>
            <w:r>
              <w:t>[name]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p>
      <w:r>
        <w:rPr>
          <w:b/>
          <w:color w:val="1F4E79"/>
          <w:sz w:val="26"/>
        </w:rPr>
        <w:t>AFTER THE MEETING</w:t>
      </w:r>
    </w:p>
    <w:p>
      <w:pPr>
        <w:pStyle w:val="ListParagraph"/>
      </w:pPr>
      <w:r>
        <w:t>[  ] Actions posted to the board/backlog within 24 hours</w:t>
      </w:r>
    </w:p>
    <w:p>
      <w:pPr>
        <w:pStyle w:val="ListParagraph"/>
      </w:pPr>
      <w:r>
        <w:t>[  ] Owners confirmed in writing</w:t>
      </w:r>
    </w:p>
    <w:p>
      <w:pPr>
        <w:pStyle w:val="ListParagraph"/>
      </w:pPr>
      <w:r>
        <w:t>[  ] Next retro opens by reviewing these actions first</w:t>
      </w:r>
    </w:p>
    <w:p>
      <w:pPr>
        <w:pStyle w:val="ListParagraph"/>
      </w:pPr>
      <w:r>
        <w:t>[  ] Sprint rating noted (trend over sprints is the signal)</w:t>
      </w:r>
    </w:p>
    <w:p>
      <w:r>
        <w:rPr>
          <w:i/>
          <w:color w:val="666666"/>
          <w:sz w:val="18"/>
        </w:rPr>
        <w:t>Free download - opens in Word 2016+, Word on the web, and Google Docs. Want the notes drafted for you? VocalFuse transcribes the retro locally on Windows with Whisper - no meeting bot joins, no audio uploads - and Pro Note Turning drafts themes and action items for your verification. fuseintelligence.org/products/vocalfuse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