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Skip-Level Meeting Template</w:t>
      </w:r>
    </w:p>
    <w:p>
      <w:r>
        <w:rPr>
          <w:i/>
        </w:rPr>
        <w:t>A 45-minute agenda for leaders meeting one level down, plus a question bank for every rotation. Copy it per conversation, or use it as the master for your whole skip-level program.</w:t>
      </w:r>
    </w:p>
    <w:p>
      <w:pPr>
        <w:pStyle w:val="Heading1"/>
      </w:pPr>
      <w:r>
        <w:t>Meeting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4320"/>
      </w:tblGrid>
      <w:tr>
        <w:tc>
          <w:tcPr>
            <w:tcW w:type="dxa" w:w="4320"/>
          </w:tcPr>
          <w:p>
            <w:r>
              <w:t>Leader: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Employee: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Their manager: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Date: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Last skip-level: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Next skip-level: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1"/>
      </w:pPr>
      <w:r>
        <w:t>Before the meeting</w:t>
      </w:r>
    </w:p>
    <w:p>
      <w:pPr>
        <w:pStyle w:val="ListBullet"/>
      </w:pPr>
      <w:r>
        <w:t>Tell their manager it is happening and why (no surprises).</w:t>
      </w:r>
    </w:p>
    <w:p>
      <w:pPr>
        <w:pStyle w:val="ListBullet"/>
      </w:pPr>
      <w:r>
        <w:t>Send a warm, low-pressure invite that states the purpose.</w:t>
      </w:r>
    </w:p>
    <w:p>
      <w:pPr>
        <w:pStyle w:val="ListBullet"/>
      </w:pPr>
      <w:r>
        <w:t>Skim the team's current projects so you can follow along.</w:t>
      </w:r>
    </w:p>
    <w:p>
      <w:pPr>
        <w:pStyle w:val="ListBullet"/>
      </w:pPr>
      <w:r>
        <w:t>Review notes from your last skip-level with this person.</w:t>
      </w:r>
    </w:p>
    <w:p>
      <w:pPr>
        <w:pStyle w:val="Heading1"/>
      </w:pPr>
      <w:r>
        <w:t>The 45-minute agenda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Block</w:t>
            </w:r>
          </w:p>
        </w:tc>
        <w:tc>
          <w:tcPr>
            <w:tcW w:type="dxa" w:w="2880"/>
          </w:tcPr>
          <w:p>
            <w:r>
              <w:t>Time</w:t>
            </w:r>
          </w:p>
        </w:tc>
        <w:tc>
          <w:tcPr>
            <w:tcW w:type="dxa" w:w="2880"/>
          </w:tcPr>
          <w:p>
            <w:r>
              <w:t>What it covers</w:t>
            </w:r>
          </w:p>
        </w:tc>
      </w:tr>
      <w:tr>
        <w:tc>
          <w:tcPr>
            <w:tcW w:type="dxa" w:w="2880"/>
          </w:tcPr>
          <w:p>
            <w:r>
              <w:t>1. Open &amp; set the tone</w:t>
            </w:r>
          </w:p>
        </w:tc>
        <w:tc>
          <w:tcPr>
            <w:tcW w:type="dxa" w:w="2880"/>
          </w:tcPr>
          <w:p>
            <w:r>
              <w:t>5 min</w:t>
            </w:r>
          </w:p>
        </w:tc>
        <w:tc>
          <w:tcPr>
            <w:tcW w:type="dxa" w:w="2880"/>
          </w:tcPr>
          <w:p>
            <w:r>
              <w:t>Purpose out loud: hear how work really flows, no performance review, no ambush.</w:t>
            </w:r>
          </w:p>
        </w:tc>
      </w:tr>
      <w:tr>
        <w:tc>
          <w:tcPr>
            <w:tcW w:type="dxa" w:w="2880"/>
          </w:tcPr>
          <w:p>
            <w:r>
              <w:t>2. Their work</w:t>
            </w:r>
          </w:p>
        </w:tc>
        <w:tc>
          <w:tcPr>
            <w:tcW w:type="dxa" w:w="2880"/>
          </w:tcPr>
          <w:p>
            <w:r>
              <w:t>15 min</w:t>
            </w:r>
          </w:p>
        </w:tc>
        <w:tc>
          <w:tcPr>
            <w:tcW w:type="dxa" w:w="2880"/>
          </w:tcPr>
          <w:p>
            <w:r>
              <w:t>What they are building, what is going well, what is harder than it should be.</w:t>
            </w:r>
          </w:p>
        </w:tc>
      </w:tr>
      <w:tr>
        <w:tc>
          <w:tcPr>
            <w:tcW w:type="dxa" w:w="2880"/>
          </w:tcPr>
          <w:p>
            <w:r>
              <w:t>3. Friction &amp; process</w:t>
            </w:r>
          </w:p>
        </w:tc>
        <w:tc>
          <w:tcPr>
            <w:tcW w:type="dxa" w:w="2880"/>
          </w:tcPr>
          <w:p>
            <w:r>
              <w:t>10 min</w:t>
            </w:r>
          </w:p>
        </w:tc>
        <w:tc>
          <w:tcPr>
            <w:tcW w:type="dxa" w:w="2880"/>
          </w:tcPr>
          <w:p>
            <w:r>
              <w:t>Where work gets stuck between teams; what they would fix first.</w:t>
            </w:r>
          </w:p>
        </w:tc>
      </w:tr>
      <w:tr>
        <w:tc>
          <w:tcPr>
            <w:tcW w:type="dxa" w:w="2880"/>
          </w:tcPr>
          <w:p>
            <w:r>
              <w:t>4. Manager &amp; growth</w:t>
            </w:r>
          </w:p>
        </w:tc>
        <w:tc>
          <w:tcPr>
            <w:tcW w:type="dxa" w:w="2880"/>
          </w:tcPr>
          <w:p>
            <w:r>
              <w:t>10 min</w:t>
            </w:r>
          </w:p>
        </w:tc>
        <w:tc>
          <w:tcPr>
            <w:tcW w:type="dxa" w:w="2880"/>
          </w:tcPr>
          <w:p>
            <w:r>
              <w:t>Support they need, recognition, one growth question.</w:t>
            </w:r>
          </w:p>
        </w:tc>
      </w:tr>
      <w:tr>
        <w:tc>
          <w:tcPr>
            <w:tcW w:type="dxa" w:w="2880"/>
          </w:tcPr>
          <w:p>
            <w:r>
              <w:t>5. Close</w:t>
            </w:r>
          </w:p>
        </w:tc>
        <w:tc>
          <w:tcPr>
            <w:tcW w:type="dxa" w:w="2880"/>
          </w:tcPr>
          <w:p>
            <w:r>
              <w:t>5 min</w:t>
            </w:r>
          </w:p>
        </w:tc>
        <w:tc>
          <w:tcPr>
            <w:tcW w:type="dxa" w:w="2880"/>
          </w:tcPr>
          <w:p>
            <w:r>
              <w:t>One thing you will look into; thank them; note themes privately.</w:t>
            </w:r>
          </w:p>
        </w:tc>
      </w:tr>
    </w:tbl>
    <w:p>
      <w:pPr>
        <w:pStyle w:val="Heading1"/>
      </w:pPr>
      <w:r>
        <w:t>Question bank</w:t>
      </w:r>
    </w:p>
    <w:p>
      <w:r>
        <w:t>Pick three to five per conversation, not thirty. Open with the work; save the manager for the middle; follow-ups beat openers.</w:t>
      </w:r>
    </w:p>
    <w:p>
      <w:pPr>
        <w:pStyle w:val="Heading2"/>
      </w:pPr>
      <w:r>
        <w:t>Openers &amp; rapport (pick 2)</w:t>
      </w:r>
    </w:p>
    <w:p>
      <w:pPr>
        <w:pStyle w:val="ListBullet"/>
      </w:pPr>
      <w:r>
        <w:t>What has been the highlight of your month so far?</w:t>
      </w:r>
    </w:p>
    <w:p>
      <w:pPr>
        <w:pStyle w:val="ListBullet"/>
      </w:pPr>
      <w:r>
        <w:t>What are you working on that you are most proud of?</w:t>
      </w:r>
    </w:p>
    <w:p>
      <w:pPr>
        <w:pStyle w:val="ListBullet"/>
      </w:pPr>
      <w:r>
        <w:t>What does a good week look like in your role?</w:t>
      </w:r>
    </w:p>
    <w:p>
      <w:pPr>
        <w:pStyle w:val="ListBullet"/>
      </w:pPr>
      <w:r>
        <w:t>How long have you been on the team? What has changed since you joined?</w:t>
      </w:r>
    </w:p>
    <w:p>
      <w:pPr>
        <w:pStyle w:val="Heading2"/>
      </w:pPr>
      <w:r>
        <w:t>The work itself (pick 2-3)</w:t>
      </w:r>
    </w:p>
    <w:p>
      <w:pPr>
        <w:pStyle w:val="ListBullet"/>
      </w:pPr>
      <w:r>
        <w:t>What is something working really well that nobody outside the team would know about?</w:t>
      </w:r>
    </w:p>
    <w:p>
      <w:pPr>
        <w:pStyle w:val="ListBullet"/>
      </w:pPr>
      <w:r>
        <w:t>What is harder than it should be right now?</w:t>
      </w:r>
    </w:p>
    <w:p>
      <w:pPr>
        <w:pStyle w:val="ListBullet"/>
      </w:pPr>
      <w:r>
        <w:t>Where does work get stuck between teams?</w:t>
      </w:r>
    </w:p>
    <w:p>
      <w:pPr>
        <w:pStyle w:val="ListBullet"/>
      </w:pPr>
      <w:r>
        <w:t>What would you fix first if you had the authority for a day?</w:t>
      </w:r>
    </w:p>
    <w:p>
      <w:pPr>
        <w:pStyle w:val="ListBullet"/>
      </w:pPr>
      <w:r>
        <w:t>What tool or process wastes the most of your week?</w:t>
      </w:r>
    </w:p>
    <w:p>
      <w:pPr>
        <w:pStyle w:val="Heading2"/>
      </w:pPr>
      <w:r>
        <w:t>Manager &amp; support (pick 1-2)</w:t>
      </w:r>
    </w:p>
    <w:p>
      <w:pPr>
        <w:pStyle w:val="ListBullet"/>
      </w:pPr>
      <w:r>
        <w:t>What do you wish your manager would do more of? Less of?</w:t>
      </w:r>
    </w:p>
    <w:p>
      <w:pPr>
        <w:pStyle w:val="ListBullet"/>
      </w:pPr>
      <w:r>
        <w:t>How supported do you feel in your growth? What would help more?</w:t>
      </w:r>
    </w:p>
    <w:p>
      <w:pPr>
        <w:pStyle w:val="ListBullet"/>
      </w:pPr>
      <w:r>
        <w:t>What is something your manager does really well that should be copied by others?</w:t>
      </w:r>
    </w:p>
    <w:p>
      <w:pPr>
        <w:pStyle w:val="ListBullet"/>
      </w:pPr>
      <w:r>
        <w:t>Is anything unclear about how your work connects to company priorities?</w:t>
      </w:r>
    </w:p>
    <w:p>
      <w:pPr>
        <w:pStyle w:val="Heading2"/>
      </w:pPr>
      <w:r>
        <w:t>Signal questions (rotate in)</w:t>
      </w:r>
    </w:p>
    <w:p>
      <w:pPr>
        <w:pStyle w:val="ListBullet"/>
      </w:pPr>
      <w:r>
        <w:t>What question do you wish I would ask? (almost always the most useful sentence of the meeting)</w:t>
      </w:r>
    </w:p>
    <w:p>
      <w:pPr>
        <w:pStyle w:val="ListBullet"/>
      </w:pPr>
      <w:r>
        <w:t>What is one thing leadership does not see clearly from where you sit?</w:t>
      </w:r>
    </w:p>
    <w:p>
      <w:pPr>
        <w:pStyle w:val="ListBullet"/>
      </w:pPr>
      <w:r>
        <w:t>If you could change one policy or process tomorrow, what would it be?</w:t>
      </w:r>
    </w:p>
    <w:p>
      <w:pPr>
        <w:pStyle w:val="ListBullet"/>
      </w:pPr>
      <w:r>
        <w:t>What is a rumor going around that you wish leadership would address?</w:t>
      </w:r>
    </w:p>
    <w:p>
      <w:pPr>
        <w:pStyle w:val="Heading2"/>
      </w:pPr>
      <w:r>
        <w:t>Closing (always ask)</w:t>
      </w:r>
    </w:p>
    <w:p>
      <w:pPr>
        <w:pStyle w:val="ListBullet"/>
      </w:pPr>
      <w:r>
        <w:t>What is one thing you would like me to look into before we talk again?</w:t>
      </w:r>
    </w:p>
    <w:p>
      <w:pPr>
        <w:pStyle w:val="ListBullet"/>
      </w:pPr>
      <w:r>
        <w:t>Anything I did not ask that I should have?</w:t>
      </w:r>
    </w:p>
    <w:p>
      <w:pPr>
        <w:pStyle w:val="ListBullet"/>
      </w:pPr>
      <w:r>
        <w:t>Is there anything you told me today that you would not want shared, even as an anonymous theme?</w:t>
      </w:r>
    </w:p>
    <w:p>
      <w:pPr>
        <w:pStyle w:val="Heading1"/>
      </w:pPr>
      <w:r>
        <w:t>Notes</w:t>
      </w:r>
    </w:p>
    <w:p>
      <w:r>
        <w:t>What is going well:</w:t>
      </w:r>
      <w:r>
        <w:br/>
        <w:br/>
      </w:r>
    </w:p>
    <w:p>
      <w:r>
        <w:t>What is stuck / friction:</w:t>
      </w:r>
      <w:r>
        <w:br/>
        <w:br/>
      </w:r>
    </w:p>
    <w:p>
      <w:r>
        <w:t>Commitments I made (with dates):</w:t>
      </w:r>
      <w:r>
        <w:br/>
        <w:br/>
      </w:r>
    </w:p>
    <w:p>
      <w:r>
        <w:t>Themes to aggregate across skip-levels (never quote individuals):</w:t>
      </w:r>
      <w:r>
        <w:br/>
        <w:br/>
      </w:r>
    </w:p>
    <w:p>
      <w:pPr>
        <w:pStyle w:val="Heading1"/>
      </w:pPr>
      <w:r>
        <w:t>Ground rules (state these out loud at the start)</w:t>
      </w:r>
    </w:p>
    <w:p>
      <w:pPr>
        <w:pStyle w:val="ListBullet"/>
      </w:pPr>
      <w:r>
        <w:t>This is a conversation, not an evaluation. Nothing here goes to their performance review.</w:t>
      </w:r>
    </w:p>
    <w:p>
      <w:pPr>
        <w:pStyle w:val="ListBullet"/>
      </w:pPr>
      <w:r>
        <w:t>Confidentiality is a norm, not a guarantee: share themes, never names, and say so.</w:t>
      </w:r>
    </w:p>
    <w:p>
      <w:pPr>
        <w:pStyle w:val="ListBullet"/>
      </w:pPr>
      <w:r>
        <w:t>You will not fix things in the room. Take notes; act later; close the loop with the manager.</w:t>
      </w:r>
    </w:p>
    <w:p>
      <w:pPr>
        <w:pStyle w:val="ListBullet"/>
      </w:pPr>
      <w:r>
        <w:t>If you hear something serious (harassment, safety), say you must route it properly - and do.</w:t>
      </w:r>
    </w:p>
    <w:p/>
    <w:p>
      <w:r>
        <w:rPr>
          <w:i/>
          <w:color w:val="888888"/>
          <w:sz w:val="18"/>
        </w:rPr>
        <w:t>Run your skip-levels without a bot in the room: VocalFuse transcribes locally on your Windows PC - no meeting bot, no audio upload - then drafts structured notes. Free to try at fuseintelligence.org/vocalfuse.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